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תרומתו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ממלכתיות, אחריות ציבורית ושלום בר קיימא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מתוך אירועים אמיתיים בחייו ולנמק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מנומקת ושיח מכבד תוך הבחנה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השלטון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מפקד האצ״ל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–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הצטרפות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מעצר בידי השלטון הסובייטי ושליחה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עלייה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מינוי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בחירה לכנסת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ממפקד מחתרת לחבר כנסת: אלטלנה וממלכתיות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האירוע התרחש בעיצומה של מלחמת העצמאות, ביוני 1948.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נשאה גם עולים וגם נשק.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קודם, והעימות פרץ זמן קצר אחריו.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מספר ההרוגים בעימות הקשה.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בגין קרא לאנשיו שלא להשיב מלחמה, כדי למנוע מלחמת אחים.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ממפקד מחתרת לחבר כנסת: אלטלנה וממלכתיות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(ספינת נשק ועולים שהגיעה ביוני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הלוחמים שנהרגו בעימות)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(משפט מנאום בגין ברדיו אחרי ההפגזה)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(העיקרון שלפיו רק צבא המדינה מחזיק בנשק)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(העדפת טובת המדינה על פני אינטרס של 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ממפקד מחתרת לחבר כנסת: אלטלנה וממלכתיות – חשיבה ולמידה ערכית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ביקש מהם לא להשיב מלחמה, כדי לא לגרום למלחמת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נאמנות לחברים ולתנועה מול סמכות המדינה וצבא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בגין בחר לשמור על אחדות המדינה ולא להוביל למלחמת אזרחים, גם במחיר אישי וכואב.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קיבל את סמכות הממשלה וויתר על נשק נפרד לאצ״ל, כדי שיהיה רק צבא אחד למדינה.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השלום עם מצרים: מהביקור ההיסטורי לחוזה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הביקור ההיסטורי התקיים ב-19.11.1977.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היה ב-1977, והחוזה נחתם מאוחר יותר, ב-1979.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המנהיגים זכו בפרס ב-1978.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החוזה נחתם ב-1979, והנסיגה הושלמה רק ב-1982.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השלום עם מצרים: מהביקור ההיסטורי לחוזה – סעיפי החוזה ותאריכים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השלום עם מצרים: מהביקור ההיסטורי לחוזה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1. 26.3.1979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2. 19.11.1977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השלום עם מצרים: מהביקור ההיסטורי לחוזה – ניתוח הנאום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לשני העמים ולבטא תקווה משותפת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של מנהיגות ואחריות ממלכתית – עובדות יסוד על 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יוני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וייטנאם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של מנהיגות ואחריות ממלכתית – התאמת ערכים לדילמות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(ממלכתיות - צבא אחד למדינה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(עמידה בעקרונות מול השגת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ממלכתית ומנהיגות בתנאי אי ודאות)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(כבוד האדם וזיכרון 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(הימנעות מאלימות פנימית בעם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של מנהיגות ואחריות ממלכתית – ניסוח טיעון ואבחנה בין עובדה לפרשנות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עובדה: מה שקרה בפועל ואפשר לאמת, למשל שהספינה הופגזה ביוני 1948. פרשנות: הערכה או שיפוט של האירוע, למשל האם ההוראה לא להשיב מלחמה הייתה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לפי מבנה טענה-נימוק-דוגמה-סיכום, בהתייחסות לדילמה שנבחרה.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באלטלנה מתנגשים נאמנות לחברים מול סמכות המדינה. בהכור מתנגשים ביטחון מיידי מול אי ודאות וביקורת בינלאומית.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החלטה נכונה נבחנת לפי השיקולים והמידע שהיו ידועים בזמן קבלתה. החלטה מוצלחת נבחנת לפי התוצאה בדיעבד, והן לא תמיד חופפות.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אישית מנומקת, אפשר להזכיר שבגין שינה עמדות קודמות כדי להשיג שלום עם מצרים.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צניעות, התמודדות עם קשיים וכתיבה אישית – היכרות עם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בכלא ובמחנה עבודה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צניעות, התמודדות עם קשיים וכתיבה אישית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במודל שישה ערוצים: גוף, שכל, רגש, מערכת אמונות,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ערוץ הרגש עוסק ברגשות כמו געגוע, פחד ותקווה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צניעות, התמודדות עם קשיים וכתיבה אישית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(שמירה על כוח פיזי בתנאים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(חשיבה ותכנון כדרך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לכאב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בחזון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(לדמיין את היום שמגיעים לארץ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צניעות, התמודדות עם קשיים וכתיבה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סומכים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נשיא מצרים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מניעת סכנה לאזרחי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העניקה להם מקלט 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"איני יכול עוד"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ממלכתיות: העדפת טובת המדינה ומוסדותיה על פני אינטרס קבוצתי. דוגמה: הוראתו של בגין לא להשיב מלחמה באלטלנה, כדי לשמור על צבא אחד למדינה.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 התחייבה לסגת מסיני ולפנות יישובים. מצרים התחייבה להכיר בישראל, לכונן יחסים דיפלומטיים מלאים ולהגביל כוחות צבאיים באזור.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לכלול התייחסות לכך שמנהיג צנוע שם את טובת הציבור לפני כבודו האישי, עם דוגמה כמו בקשת הקבורה הפשוטה או אורח חייו הצנוע.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אירוע מדויק (למשל אלטלנה או הכור בעיראק) עם 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שהעיקרון מבטא נאמנות למדינה מעל נאמנות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התנהגות אישית צנועה לבין אמון הציבור במנהיג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שיעורים: פרק אחד או שניים בכל מפגש,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חלשות יותר אפשר לדלג על ניתוח המקורות המורחב ולהתמקד בציר הזמן ובכרטיסי הדילמה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הדיון בדילמות בקבוצות קטנות לפני כתיבה אישית, כדי לעודד שמיעת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 משימת 'מכתב לבגין' ככתיבה מורחבת ולבקש הנמקה עם שתי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תעברו פרק אחרי פרק בעקבות סיפור חייו של מנחם בגין – מילדותו ועד הנהגתו וחתימת השלום עם מצרים. בכל פרק יש שאלות הבנה, משימת מיון או ניתוח, ולבסוף דילמה לדיון. עבדו לפי הסדר, ואל תשכחו לנמק כל תשובה במשפט משלכם.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בגין: ציר חיים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 בשנת 1913?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תנועת נוער הצטרף בגין בשנת 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בידי איזה שלטון נעצר בגין בשנת 1940?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השלטון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השלטון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השלטון הגרמני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השלטון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תפקיד מונה בגין בסוף 1943?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בטחון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בית״ר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בגין: ציר חיים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 בשנת 1913.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הצטרף לתנועת הנוער __________ בשנת 1929.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1940 נעצר בגין בידי השלטון ה__________ ונשלח למחנה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1977 זכה בגין ל"__________" - ניצחון בבחירות שהפך אותו לראש הממשלה.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בגין: ציר חיים –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מינוי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לידה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מעצר בידי השלטון הסובייטי ושליחה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הצטרפות לתנועת הנוער בית״ר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ממפקד מחתרת לחבר כנסת: אלטלנה וממלכתיות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ספינת אלטלנה הגיעה ארצה ביוני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אלטלנה הביאה רק עולים חדשים, בלי נשק.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העימות סביב אלטלנה פרץ שלושה שבועות אחרי שהאצ״ל חתם על 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בעימות סביב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הורה לאנשיו להשיב אש ולהילחם בצבא ההגנה.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ממפקד מחתרת לחבר כנסת: אלטלנה וממלכתיות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הלוחמים שנהרגו בעימות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ספינת נשק ועולים שהגיעה ביוני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"צבא אחד למדינה אחת"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מנאום בגין ברדיו אחרי ההפגזה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העיקרון שלפיו רק צבא המדינה מחזיק בנשק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ממפקד מחתרת לחבר כנסת: אלטלנה וממלכתיות – חשיבה ולמידה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ביקש בגין מאנשיו בנאום ברדיו בזמן פרשת אלטלנה?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ערכים מתנגשים בפרשת אלטלנה?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לדעתכם/ן פרשת אלטלנה נחשבת עד היום לרגע מכונן בדמוקרטיה הישראלית?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קצרה: איך העיקרון "צבא אחד למדינה" בא לידי ביטוי בהחלטת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השלום עם מצרים: מהביקור ההיסטורי לחוזה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בישראל ונאם בכנסת בנובמבר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בין ישראל למצרים נחתם לפני ביקורו של סאדאת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וסאדאת זכו יחד בפרס נובל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נסוגה מכל סיני תוך שנה אחת בלבד מחתימת חוזה השלום.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השלום עם מצרים: מהביקור ההיסטורי לחוזה – סעיפי החוזה ותאריכים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הגבלת כוחות צבאיים בסיני והצבת כוח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השלום עם מצרים: מהביקור ההיסטורי לחוזה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חוזה השלום בין ישראל למצרים נחתם בתאריך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נאומו של סאדאת בכנסת התקיים בתאריך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השלום עם מצרים: מהביקור ההיסטורי לחוזה – ניתוח הנאום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 החתימה אמר בגין את המילה 'שלום' בעברית, באנגלית ובערבית. מה המטרה המרכזית בכך?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שהוא יודע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לשני העמים ולבטא תקווה משותפת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להרשים את העיתונאים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שכח לרגע את המילה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דילמות של מנהיגות ואחריות ממלכתית – עובדות יסוד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פרשת אלטלנה התרחשה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 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ספטמבר 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לוחמים נהרגו בעימות האלטלנה?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בחוזה השלום עם מצרים התחייבה ישראל לסגת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ב-1977 קלטה ממשלת בגין פליטים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 של מנהיגות ואחריות ממלכתית – התאמת ערכים לדילמות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הימנעות מאלימות פנימית בעם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סיני תמורת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ממלכתית ומנהיגות בתנאי אי ודאות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ההחלטה על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כבוד האדם וזיכרון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עמידה בעקרונות מול השגת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ממלכתיות - צבא אחד למדינה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 של מנהיגות ואחריות ממלכתית – ניסוח טיעון ואבחנה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את ההבדל בין עובדה לפרשנות, והביאו דוגמה אחת מפרשת אלטלנה.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מהדילמות (אלטלנה, סיני תמורת שלום, הכור בעיראק, פליטי וייטנאם) וכתבו פסקת טיעון קצרה: טענה, נימוק, דוגמה מחיי בגין,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דילמת אלטלנה לדילמת הכור בעיראק: אילו ערכים מתנגשים בכל אחת מהן?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החלטה נכונה לבין החלטה שהתבררה כמוצלחת? הסבירו לפי דוגמת ההכור בעיראק.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דעתכם/ן - האם מנהיג/ה צריך/ה לפעול לפי עמדותיו הקודמות או להתאים את עצמו/ה להזדמנות חדשה, כמו בחוזה השלום עם מצרים? נמקו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צניעות, התמודדות עם קשיים וכתיבה אישית – היכרות עם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במודל גש״ר מאח״ד, מה מייצגת האות 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עבר בגין תקופה קשה שבה נדרש לכוחות פנימיים כדי להתמודד?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בכלא ובמחנה עבודה בברית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ערוץ במודל קשור לכך שבגין היה משפטן ואיש 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צניעות, התמודדות עם קשיים וכתיבה אישית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המודל גש״ר מאח״ד כולל חמישה ערוצים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הגעגוע של בגין למשפחתו ולעליזה אשתו הוא ביטוי לערוץ הרגש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צניעות, התמודדות עם קשיים וכתיבה אישית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לדמיין את היום שמגיעים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בחזון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חשיבה ותכנון כדרך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לכאב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על כוח פיזי בתנאים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צניעות, התמודדות עם קשיים וכתיבה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כשקשה לנו, מומלץ לפנות למבוגר/ת ש__________ עליו/ה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בגין מאנשיו בפרשת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להילחם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לפרק את האצ״ל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ביקר בישראל ונאם בכנסת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מצרים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מזכ״ל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זכו בגין וסאדאת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הוקרה מהאו״ם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העולם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הנימוק להחלטה להפציץ את הכור בעיראק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מניעת סכנה לאזרחי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מדינה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עשתה ממשלת בגין בנוגע לפליטים מווייטנאם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סירבה לקבלם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העניקה להם מקלט ובית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שלחה אותם למדינה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התייחסה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באיזה משפט השתמש בגין כשהודיע על פרישתו ב-1983?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הזמן לשלום"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"איני יכול עוד"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"המהפך הושלם"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"תם הקרב"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המשמעות של הערך "ממלכתיות", והביאו דוגמה מחייו של בגין הממחישה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קצרה: מה התחייבה ישראל לעשות בחוזה השלום עם מצרים, ומה התחייבה מצרים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מה הקשר בין צניעות אישית לבין מנהיגות? נמקו תוך התייחסות לדמותו של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בשני משפטים אירוע אחד שבו מנחם בגין נדרש לקבל החלטה קשה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המשמעות של העיקרון 'צבא אחד למדינה אחת'?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הקשר בין צניעות אישית למנהיגות ציבורית?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