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קורות חייו של מנחם בגין ואת תרומתו למדינה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מפתח כמו ממלכתיות, אחריות ציבורית ושלום בר קיימא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דילמות ערכיות מתוך אירועים אמיתיים בחייו ולנמק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מנומקת ושיח מכבד תוך הבחנה בין עובדה לפרשנות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 היה מנחם בגין: ציר חיים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השלטון הסובייטי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מפקד האצ״ל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 היה מנחם בגין: ציר חיים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סובייטי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מהפך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 היה מנחם בגין: ציר חיים – סידור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לידה בעיר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הצטרפות לתנועת הנוער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מעצר בידי השלטון הסובייטי ושליחה למחנה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עלייה לארץ ישראל כחייל בצבא פולני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מינוי למפקד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בחירה לכנסת הראשונה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ממפקד מחתרת לחבר כנסת: אלטלנה וממלכתיות – הכרה בעובדות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האירוע התרחש בעיצומה של מלחמת העצמאות, ביוני 1948.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הספינה נשאה גם עולים וגם נשק.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ההסכם נחתם קודם, והעימות פרץ זמן קצר אחריו.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מספר ההרוגים בעימות הקשה.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בגין קרא לאנשיו שלא להשיב מלחמה, כדי למנוע מלחמת אחים.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ממפקד מחתרת לחבר כנסת: אלטלנה וממלכתיות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(ספינת נשק ועולים שהגיעה ביוני 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(מספר הלוחמים שנהרגו בעימות)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(משפט מנאום בגין ברדיו אחרי ההפגזה)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(העיקרון שלפיו רק צבא המדינה מחזיק בנשק)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(העדפת טובת המדינה על פני אינטרס של 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ממפקד מחתרת לחבר כנסת: אלטלנה וממלכתיות – חשיבה ולמידה ערכית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ביקש מהם לא להשיב מלחמה, כדי לא לגרום למלחמת אחים.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נאמנות לחברים ולתנועה מול סמכות המדינה וצבא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בגין בחר לשמור על אחדות המדינה ולא להוביל למלחמת אזרחים, גם במחיר אישי וכואב.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קיבל את סמכות הממשלה וויתר על נשק נפרד לאצ״ל, כדי שיהיה רק צבא אחד למדינה.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השלום עם מצרים: מהביקור ההיסטורי לחוזה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הביקור ההיסטורי התקיים ב-19.11.1977.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הביקור היה ב-1977, והחוזה נחתם מאוחר יותר, ב-1979.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המנהיגים זכו בפרס ב-1978.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החוזה נחתם ב-1979, והנסיגה הושלמה רק ב-1982.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השלום עם מצרים: מהביקור ההיסטורי לחוזה – סעיפי החוזה ותאריכים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(שתיהן)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(שתיהן)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השלום עם מצרים: מהביקור ההיסטורי לחוזה – השלמת 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1. 26.3.1979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2. 19.11.1977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השלום עם מצרים: מהביקור ההיסטורי לחוזה – ניתוח הנאום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לפנות לשני העמים ולבטא תקווה משותפת לשלום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דילמות של מנהיגות ואחריות ממלכתית – עובדות יסוד על הדילמות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יוני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חצי האי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וייטנאם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דילמות של מנהיגות ואחריות ממלכתית – התאמת ערכים לדילמות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(ממלכתיות - צבא אחד למדינה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(עמידה בעקרונות מול השגת 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(אחריות ממלכתית ומנהיגות בתנאי אי ודאות)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(כבוד האדם וזיכרון היסטורי)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(הימנעות מאלימות פנימית בעם אחד)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דילמות של מנהיגות ואחריות ממלכתית – ניסוח טיעון ואבחנה בין עובדה לפרשנות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עובדה: מה שקרה בפועל ואפשר לאמת, למשל שהספינה הופגזה ביוני 1948. פרשנות: הערכה או שיפוט של האירוע, למשל האם ההוראה לא להשיב מלחמה הייתה נכונה.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לפי מבנה טענה-נימוק-דוגמה-סיכום, בהתייחסות לדילמה שנבחרה.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באלטלנה מתנגשים נאמנות לחברים מול סמכות המדינה. בהכור מתנגשים ביטחון מיידי מול אי ודאות וביקורת בינלאומית.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החלטה נכונה נבחנת לפי השיקולים והמידע שהיו ידועים בזמן קבלתה. החלטה מוצלחת נבחנת לפי התוצאה בדיעבד, והן לא תמיד חופפות.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תשובה אישית מנומקת, אפשר להזכיר שבגין שינה עמדות קודמות כדי להשיג שלום עם מצרים.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צניעות, התמודדות עם קשיים וכתיבה אישית – היכרות עם המודל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בכלא ובמחנה עבודה בברית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צניעות, התמודדות עם קשיים וכתיבה אישית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במודל שישה ערוצים: גוף, שכל, רגש, מערכת אמונות, חברה ודמיון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ערוץ הרגש עוסק ברגשות כמו געגוע, פחד ותקווה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צניעות, התמודדות עם קשיים וכתיבה אישית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(שמירה על כוח פיזי בתנאים קשים)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(חשיבה ותכנון כדרך להתמודד)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לכאב ולגעגוע)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(אמונה בחזון 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(לדמיין את היום שמגיעים לארץ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צניעות, התמודדות עם קשיים וכתיבה אישית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סומכים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 להשיב 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נשיא מצרים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1979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פרס נובל לשלום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מניעת סכנה לאזרחי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העניקה להם מקלט 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"איני יכול עוד"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ממלכתיות: העדפת טובת המדינה ומוסדותיה על פני אינטרס קבוצתי. דוגמה: הוראתו של בגין לא להשיב מלחמה באלטלנה, כדי לשמור על צבא אחד למדינה.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ישראל התחייבה לסגת מסיני ולפנות יישובים. מצרים התחייבה להכיר בישראל, לכונן יחסים דיפלומטיים מלאים ולהגביל כוחות צבאיים באזור.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יש לכלול התייחסות לכך שמנהיג צנוע שם את טובת הציבור לפני כבודו האישי, עם דוגמה כמו בקשת הקבורה הפשוטה או אורח חייו הצנוע.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אירוע מדויק (למשל אלטלנה או הכור בעיראק) עם הקשר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שהעיקרון מבטא נאמנות למדינה מעל נאמנות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בין התנהגות אישית צנועה לבין אמון הציבור במנהיג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לפרוס את החוברת על פני 3-4 שיעורים: פרק אחד או שניים בכל מפגש, עם סיכום קצר בסוף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חלשות יותר אפשר לדלג על ניתוח המקורות המורחב ולהתמקד בציר הזמן ובכרטיסי הדילמה הבסיסיים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הדיון בדילמות בקבוצות קטנות לפני כתיבה אישית, כדי לעודד שמיעת דעות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ניתן להוסיף את משימת 'מכתב לבגין' ככתיבה מורחבת ולבקש הנמקה עם שתי נקודות מבט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על מנחם בגין. בכל פרק יש שאלות קצרות ולבסוף שאלה למחשבה. עובדים לפי הסדר, פרק אחרי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ממלכתיות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העדפת טובת המדינה על פני אינטרס של קבוצה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אצ״ל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מחתרת שנאבקה בשלטון הבריטי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אופוזיציה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שאינם בקואליציה ומבקרים את מדיניות הממשלה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רשמי בין מדינות לסיום מצב מלחמה וכינון יחסים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הגבלת כוחות צבאיים באזור מוסכם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נורמליזציה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יחסים רגילים בין מדינות: שגרירויות, סחר ותיירות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גולאג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מחנות עבודה בברית המועצות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 נובל לשלום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 בינלאומי שניתן למי שתרם לקידום שלום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התנהגות שאינה מבקשת כבוד או תהילה אישית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 ממלכתית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נשיאה בתוצאות החלטה שמנהיג מקבל למען הציבור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 היה מנחם בגין: ציר חיים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נולד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תנועה הצטרף בגין כשהיה נער?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בית״ר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השומר הצעיר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עצר את בגין ב-1940?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השלטון הסובייטי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השלטון הבריטי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השלטון הגרמני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השלטון הפולני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תפקידו של בגין ב-1943?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מפקד האצ״ל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 בטחון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נציג בית״ר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 היה מנחם בגין: ציר חיים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נולד בעיר __________ בשנת 1913.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הצטרף לתנועת הנוער __________ בשנת 1929.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1940 נעצר בגין בידי השלטון ה__________ ונשלח למחנה 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בשנת 1977 זכה בגין ל"__________" - ניצחון בבחירות שהפך אותו לראש הממשלה.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 היה מנחם בגין: ציר חיים – סידור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הצטרפות לתנועת הנוער בית״ר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עלייה לארץ ישראל כחייל בצבא פולני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מינוי למפקד האצ״ל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לכנסת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לידה בעיר בריסק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מעצר בידי השלטון הסובייטי ושליחה למחנה 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ממפקד מחתרת לחבר כנסת: אלטלנה וממלכתיות – הכרה בעובדות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ספינת אלטלנה הגיעה ארצה ביוני 1948.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אלטלנה הביאה רק עולים חדשים, בלי נשק.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העימות סביב אלטלנה פרץ שלושה שבועות אחרי שהאצ״ל חתם על הסכם להשתלבות בצה״ל.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בעימות סביב אלטלנה נהרגו 19 לוחמים.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הורה לאנשיו להשיב אש ולהילחם בצבא ההגנה.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ממפקד מחתרת לחבר כנסת: אלטלנה וממלכתיות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העדפת טובת המדינה על פני אינטרס של 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ספינת נשק ועולים שהגיעה ביוני 1948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"לא תהיה מלחמת אחים"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העיקרון שלפיו רק צבא המדינה מחזיק בנשק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"צבא אחד למדינה אחת"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הלוחמים שנהרגו בעימות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ממלכתיות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מנאום בגין ברדיו אחרי ההפגזה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ממפקד מחתרת לחבר כנסת: אלטלנה וממלכתיות – חשיבה ולמידה ערכית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ביקש בגין מאנשיו בנאום ברדיו בזמן פרשת אלטלנה?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שני ערכים מתנגשים בפרשת אלטלנה? הסבירו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לדעתכם/ן פרשת אלטלנה נחשבת עד היום לרגע מכונן בדמוקרטיה הישראלית?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פסקה קצרה: איך העיקרון "צבא אחד למדינה" בא לידי ביטוי בהחלטת בגין?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השלום עם מצרים: מהביקור ההיסטורי לחוזה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נשיא מצרים אנואר סאדאת ביקר בישראל ונאם בכנסת בנובמבר 1977.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השלום בין ישראל למצרים נחתם לפני ביקורו של סאדאת בירושלים.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וסאדאת זכו יחד בפרס נובל לשלום.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נסוגה מכל סיני תוך שנה אחת בלבד מחתימת חוזה השלום.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השלום עם מצרים: מהביקור ההיסטורי לחוזה – סעיפי החוזה ותאריכים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הכרה בישראל וכינון יחסים דיפלומטיים מלאים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שתיהן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פינוי היישובים ובסיסי חיל האוויר בסיני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שתיהן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חופשי לאוניות ישראליות בתעלת סואץ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הגבלת כוחות צבאיים בסיני והצבת כוח בינלאומי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סיום מצב המלחמה בין המדינות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השלום עם מצרים: מהביקור ההיסטורי לחוזה – השלמת 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חוזה השלום בין ישראל למצרים נחתם בתאריך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נאומו של סאדאת בכנסת התקיים בתאריך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השלום עם מצרים: מהביקור ההיסטורי לחוזה – ניתוח הנאום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בגין אמר 'שלום' בשלוש שפות בנאום?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להראות שהוא יודע שפות 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לפנות לשני העמים ולבטא תקווה משותפת לשלום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להרשים את העיתונאים בטקס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שכח לרגע את המילה בעברית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דילמות של מנהיגות ואחריות ממלכתית – עובדות יסוד על הדילמות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קרתה פרשת 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ינואר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יוני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מרץ 1949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ספטמבר 1950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לוחמים מתו בפרשה?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ממה נסוגה ישראל בחוזה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רמת הגולן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רצועת עזה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הגדה המערבית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מדינה הגיעו הפליטים ב-1977?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וייטנאם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פולין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דילמות של מנהיגות ואחריות ממלכתית – התאמת ערכים לדילמות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פרשת אלטלנה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כבוד האדם וזיכרון היסטורי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סיני תמורת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אחריות ממלכתית ומנהיגות בתנאי אי ודאות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ההחלטה על הכור בעיראק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הימנעות מאלימות פנימית בעם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קליטת פליטי וייטנאם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עמידה בעקרונות מול השגת 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"לא תהיה מלחמת אחים"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ממלכתיות - צבא אחד למדינה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דילמות של מנהיגות ואחריות ממלכתית – ניסוח טיעון ואבחנה בין עובדה לפרשנות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בקצרה את ההבדל בין עובדה לפרשנות, והביאו דוגמה אחת מפרשת אלטלנה.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אחת מהדילמות (אלטלנה, סיני תמורת שלום, הכור בעיראק, פליטי וייטנאם) וכתבו פסקת טיעון קצרה: טענה, נימוק, דוגמה מחיי בגין, וסיכום.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 בין דילמת אלטלנה לדילמת הכור בעיראק: אילו ערכים מתנגשים בכל אחת מהן?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החלטה נכונה לבין החלטה שהתבררה כמוצלחת? הסבירו לפי דוגמת ההכור בעיראק.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דעתכם/ן - האם מנהיג/ה צריך/ה לפעול לפי עמדותיו הקודמות או להתאים את עצמו/ה להזדמנות חדשה, כמו בחוזה השלום עם מצרים? נמקו בשני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צניעות, התמודדות עם קשיים וכתיבה אישית – היכרות עם המודל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האות ג׳ במודל היא קיצור של איזו 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געגוע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בגין היה במצב קשה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בכלא ובמחנה עבודה בברית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בצבא הבריטי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ערוץ מתאים לחשיבה ותכנון?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צניעות, התמודדות עם קשיים וכתיבה אישית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המודל גש״ר מאח״ד כולל חמישה ערוצים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הגעגוע של בגין למשפחתו ולעליזה אשתו הוא ביטוי לערוץ הרגש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צניעות, התמודדות עם קשיים וכתיבה אישית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אמונה בחזון מדינה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לכאב ולגעגוע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לדמיין את היום שמגיעים לארץ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מערכת אמונות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שמירה על כוח פיזי בתנאים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חשיבה ותכנון כדרך להתמודד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צניעות, התמודדות עם קשיים וכתיבה אישית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כשקשה לנו, מומלץ לפנות למבוגר/ת ש__________ עליו/ה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בגין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ביקש בגין מאנשיו בפרשת 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להמשיך להילחם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להשיב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לפרק את האצ״ל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לברוח מהארץ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הגיע לביקור היסטורי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נשיא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מלך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נשיא מצרים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מזכ״ל האו״ם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שנה נחתם חוזה השלום בין ישראל למצרים?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זכו בגין וסאדאת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פרס נובל לשלום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 הוקרה מהאו״ם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 העולם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היה הנימוק להחלטה להפציץ את הכור בעיראק ב-1981?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לחץ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מניעת סכנה לאזרחי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עם מדינה 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בקשת האו״ם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עשתה ממשלת בגין בנוגע לפליטים מווייטנאם ב-1977?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סירבה לקבלם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העניקה להם מקלט ובית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שלחה אותם למדינה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התייחסה לנושא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באיזה משפט השתמש בגין כשהודיע על פרישתו ב-1983?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"זה הזמן לשלום"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"איני יכול עוד"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"המהפך הושלם"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"תם הקרב"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המשמעות של הערך "ממלכתיות", והביאו דוגמה מחייו של בגין הממחישה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קצרה: מה התחייבה ישראל לעשות בחוזה השלום עם מצרים, ומה התחייבה מצרים לעשות?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לדעתכם, מה הקשר בין צניעות אישית לבין מנהיגות? נמקו תוך התייחסות לדמותו של בגין.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בשני משפטים אירוע אחד שבו מנחם בגין נדרש לקבל החלטה קשה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לדעתכם המשמעות של העיקרון 'צבא אחד למדינה אחת'?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על הקשר בין צניעות אישית למנהיגות ציבורית?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מנחם בגין: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